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נפשי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בדרכים ושימוש בלשון ציווי בשלטים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לנהוג כשחבר/ה נראה/ית עצוב/ה או משתף/ת סוד מדאיג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למי אפשר לפנות בבית הספר במצבי דאגה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לשתף מבוגר אחראי כדי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ציווי מבקש לבצע או להימנע מפעולה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שרשאי לעבור ראשון בצומת או מעבר חציה)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(צורת פועל המבקשת לעשות או לא לעשות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להתמודד עם קושי ולחזור לתפקוד)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(מידע על סכנה שחשוב לשתף 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כשדואגים לחבר/ה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לשינוי בהתנהגות של החבר/ה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לעודד את החבר/ה לשתף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לפנות בעצמי למבוגר בבית הספר אם הדאגה נמשכת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תומך, לא שיפוטי, שמזמין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להזכיר לחגור חגורה, לא להסיח דעת לנהג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לבטיחות 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תומך ולא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תפקיד כמו יועצת, מחנך/ת או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הטריוויה מהאתר ולחבר אותו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דגש רגיש בדיון על סודות מדאיגים – לוודא אווירה בטוחה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נפשי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נושאים מהמשחקים באתר: כבישים וצמתים בצפון הארץ, שלטי דרכים בלשון ציווי, וזיהוי מצבים שבהם חשוב לדאוג לחבר ולפנות לעזרה.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מתחת  ·  ציווי  ·  90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כביש עובר לאורך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הכנרת נמצאת ביחס לפני הים: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בדיוק בגובה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פעלי ציווי בשלטי דרכים כתובים בלשון: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כשחבר/ה מספר/ת לנו סוד מדאיג צריך לשמור אותו לבד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שלטים כמו "עצור" ו"אל תעקוף" כתובים בלשון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הכביש העובר לאורך חוף הכנרת הוא 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מפלס הכנרת נמצא __________ לפני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פעלים כמו "עצור" ו"הימנע" כתובים בלשון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יכולת להתמודד עם קושי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לשון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מידע על סכנה שחשוב לשתף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צורת פועל המבקשת לעשות או לא לעשות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סוד מדאיג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שרשאי לעבור ראשון בצומת או מעבר 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כשדואגים לחבר/ה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לעודד את החבר/ה לשתף 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לפנות בעצמי למבוגר בבית הספר אם הדאגה נמשכת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לשינוי בהתנהגות של החבר/ה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בלי לשפוט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שהייתם אומרים לחבר/ה שנראה/ית עצוב/ה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תפקיד אחד שתיקחו על עצמכם כנוסעים בנסיעה הבאה כדי לשמור על בטיחות.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אחד שתיקחו איתכם לנסיעה הבאה כנוסעים?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תגידו לחבר/ה שנראה/ית עצוב/ה – 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נפשי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