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מנווטים נכון – בטיחות בדרכים וחוסן נפשי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כללי בטיחות בדרכים ושימוש בלשון ציווי בשלטים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איך לנהוג כשחבר/ה נראה/ית עצוב/ה או משתף/ת סוד מדאיג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למי אפשר לפנות בבית הספר במצבי דאגה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ידע כללי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כביש 90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צומת גולני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מתחת לפני הים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ציווי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אל תעקפו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להולכי רגל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חשוב לשתף מבוגר אחראי כדי לעזור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ציווי מבקש לבצע או להימנע מפעולה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עצב קצר הוא תופעה נורמלית, מדאיג כשנמשך זמן רב או משפיע על תפקוד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אלה אנשי צוות שיכולים לעזור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הכנרת נמצאת מתחת לפני הים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1. 90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גולני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מתחת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ציווי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מבוגר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(מי שרשאי לעבור ראשון בצומת או מעבר חציה)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(צורת פועל המבקשת לעשות או לא לעשות פעולה)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(יכולת להתמודד עם קושי ולחזור לתפקוד)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(מידע על סכנה שחשוב לשתף מבוגר)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(איש צוות שאפשר לפנות אליו כשדואגים לחבר)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– כשדואגים לחבר/ה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לשים לב לשינוי בהתנהגות של החבר/ה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להקשיב בלי לשפוט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לעודד את החבר/ה לשתף מבוגר אחראי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לפנות בעצמי למבוגר בבית הספר אם הדאגה נמשכת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תומך, לא שיפוטי, שמזמין שיחה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למשל: להזכיר לחגור חגורה, לא להסיח דעת לנהג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משך זמן, עוצמה, השפעה על תפקוד יומיומי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הגיונית הקשורה לבטיחות נוסעים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תומך ולא שיפוטי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תפקיד כמו יועצת, מחנך/ת או מבוגר אחראי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במשחק הטריוויה מהאתר ולחבר אותו לדף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לשים דגש רגיש בדיון על סודות מדאיגים – לוודא אווירה בטוחה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פריטי ה-skip_n מתאימים להשמטה בגרסה המותאמת לחינוך מיוחד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מנווטים נכון – בטיחות בדרכים וחוסן נפשי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על כבישים ושלטים, ועל איך לעזור לחבר שעצוב או מדאיג אותנו.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זכות קדימה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שרשאי לעבור ראשון בצומת או במעבר חציה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לשון ציווי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צורת פועל שמבקשת לעשות או לא לעשות משהו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חוסן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יכולת להתמודד עם קושי ולחזור לתפקוד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סוד מדאיג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מידע על סכנה שחשוב לשתף מבוגר ולא לשמור לבד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צומת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שבו שני כבישים נפגשים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מפלס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הגובה של מקום ביחס לפני הים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מבוגר אחראי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איש צוות או הורה שאפשר לפנות אליו בבעיה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ידע כללי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כביש ליד הכנרת?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כביש 90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כביש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כביש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כביש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קוראים לצומת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צומת גולני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צומת עפולה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צומת השלושה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צומת רעננה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הכנרת גבוהה או נמוכה מהים?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מתחת לפני 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מעל פני 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בדיוק בגובה פני 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באמצע 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באיזו לשון כתובים שלטים כמו עצור?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ציווי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עתיד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אומרים את זה לכמה אנשים?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אל תעקפו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אל תעקוף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אל תעקפי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אל נעקוף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מי עובר ראשון במעבר חציה?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להולכי 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לרכבים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לאופניים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לאוטובוסים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כשחבר/ה מספר/ת לנו סוד מדאיג צריך לשמור אותו לבד ולא לספר לאף אחד.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שלטים כמו "עצור" ו"אל תעקוף" כתובים בלשון ציווי.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עצב שנמשך יום אחד בלבד הוא תמיד סימן מדאיג שדורש טיפול מיידי.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בבית הספר אפשר לפנות ליועצת או למחנך/ת כשדואגים לחבר/ה.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מפלס הכנרת גבוה יותר ממפלס הים התיכון.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הכביש העובר לאורך חוף הכנרת הוא כביש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הצומת שבו נפגשים כביש 75 וכביש 77 נקרא צומת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מפלס הכנרת נמצא __________ לפני הים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פעלים כמו "עצור" ו"הימנע" כתובים בלשון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כשחבר/ה מספר/ת לנו סוד מדאיג חשוב לפנות ל__________ אחראי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זכות קדימה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מידע על סכנה שחשוב לשתף מבוגר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לשון ציווי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יכולת להתמודד עם קושי ולחזור לתפקוד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חוסן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איש צוות שאפשר לפנות אליו כשדואגים לחבר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סוד מדאיג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צורת פועל המבקשת לעשות או לא לעשות פעולה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יועצת בית הספר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מי שרשאי לעבור ראשון בצומת או מעבר חציה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– כשדואגים לחבר/ה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לעודד את החבר/ה לשתף מבוגר אחראי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לפנות בעצמי למבוגר בבית הספר אם הדאגה נמשכת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להקשיב בלי לשפוט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לשים לב לשינוי בהתנהגות של החבר/ה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שהייתם אומרים לחבר/ה שנראה/ית עצוב/ה לאחרונה.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תפקיד אחד שתיקחו על עצמכם כנוסעים בנסיעה הבאה כדי לשמור על בטיחות.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את ההבדל בין עצב רגיל שחולף לבין סימן מדאיג שדורש פנייה למבוגר.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תפקיד אחד שתיקחו איתכם לנסיעה הבאה כנוסעים?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תגידו לחבר/ה שנראה/ית עצוב/ה – משפט אחד?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למי תפנו בבית הספר אם תדאגו לחבר/ה?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מנווטים נכון – בטיחות בדרכים וחוסן נפשי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