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בדרכים ושימוש בלשון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לנהוג כשחבר/ה נראה/ית עצוב/ה או משתף/ת סוד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אפשר לפנות בבית הספר במצבי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צומת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לשתף מבוגר אחראי כדי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ציווי מבקש לבצע או להימנע מפעולה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עצב קצר הוא תופעה נורמלית, מדאיג כשנמשך זמן רב או משפיע על תפקוד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אנשי צוות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הכנרת נמצאת מתחת לפני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שרשאי לעבור ראשון בצומת או מעבר חציה)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(צורת פועל המבקשת לעשות או לא לעשות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להתמודד עם קושי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(מידע על סכנה שחשוב לשתף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(איש צוות שאפשר לפנות אליו כשדואגים לחבר)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כשדואגים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לשינוי בהתנהגות של החבר/ה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לשתף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בעצמי למבוגר בבית הספר אם הדאגה נמשכת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תומך, לא שיפוטי, שמזמין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להזכיר לחגור חגורה, לא להסיח דעת לנהג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משך זמן, עוצמה, השפעה על תפקוד יומיומי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לבטיחות 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יועצת, מחנך/ת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מהאתר ולחבר אותו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דגש רגיש בדיון על סודות מדאיגים – לוודא אווירה בטוחה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נושאים מהמשחקים באתר: כבישים וצמתים בצפון הארץ, שלטי דרכים בלשון ציווי, וזיהוי מצבים שבהם חשוב לדאוג לחבר ולפנות לעזרה.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הצומת שבו נפגשים כביש 75 וכביש 77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השלושה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הכנרת נמצאת ביחס לפני הים: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פעלי ציווי בשלטי דרכים כתובים בלשון: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הרבים של "אל תעקוף"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תעקפו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תעקפי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נעקוף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במעבר חציה זכות הקדימה היא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לאוטובוסים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כשחבר/ה מספר/ת לנו סוד מדאיג צריך לשמור אותו לבד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שלטים כמו "עצור" ו"אל תעקוף" כתובים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עצב שנמשך יום אחד בלבד הוא תמיד סימן מדאיג שדורש טיפול מיידי.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אפשר לפנות ליועצת או למחנך/ת כשדואגים לחבר/ה.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מפלס הכנרת גבוה יותר ממפלס הים התיכון.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הכביש העובר לאורך חוף הכנרת הוא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הצומת שבו נפגשים כביש 75 וכביש 77 נקרא צומת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מפלס הכנרת נמצא __________ לפני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פעלים כמו "עצור" ו"הימנע" כתובים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כשחבר/ה מספר/ת לנו סוד מדאיג חשוב לפנות ל__________ אחראי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להתמודד עם קושי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לשון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על סכנה שחשוב לשתף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צורת פועל המבקשת לעשות או לא לעשות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 צוות שאפשר לפנות אליו כשדואגים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יועצת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שרשאי לעבור ראשון בצומת או מעבר 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כשדואגים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לשינוי בהתנהגות של החבר/ה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בעצמי למבוגר בבית הספר אם הדאגה נמשכת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החבר/ה לשתף 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אומרים לחבר/ה שנראה/ית עצוב/ה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תפקיד אחד שתיקחו על עצמכם כנוסעים בנסיעה הבאה כדי לשמור על בטיחות.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עצב רגיל שחולף לבין סימן מדאיג שדורש פנייה למבוגר.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אחד שתיקחו איתכם לנסיעה הבאה כנוסעים?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לחבר/ה שנראה/ית עצוב/ה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תפנו בבית הספר אם תדאגו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נפשי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